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b/>
          <w:color w:val="CC2B1C"/>
          <w:sz w:val="18"/>
        </w:rPr>
        <w:t>Free resource</w:t>
      </w:r>
    </w:p>
    <w:p>
      <w:pPr>
        <w:spacing w:before="0" w:after="80" w:line="240" w:lineRule="auto"/>
      </w:pPr>
      <w:r>
        <w:rPr>
          <w:b/>
          <w:color w:val="0B0B14"/>
          <w:sz w:val="44"/>
        </w:rPr>
        <w:t>Membership renewal email and letter templates</w:t>
      </w:r>
    </w:p>
    <w:p>
      <w:pPr>
        <w:spacing w:before="0" w:after="200" w:line="276" w:lineRule="auto"/>
      </w:pPr>
      <w:r>
        <w:rPr>
          <w:rFonts w:ascii="Arial" w:hAnsi="Arial"/>
          <w:b w:val="0"/>
          <w:i w:val="0"/>
          <w:color w:val="4A4A5A"/>
          <w:sz w:val="22"/>
        </w:rPr>
        <w:t>Four ready to send messages: a first reminder, a second reminder, a last call and a thank you.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0B0B14"/>
          <w:sz w:val="21"/>
        </w:rPr>
        <w:t>Copy a message, change the bracketed parts and send. Each one works as an email or a printed letter. A rhythm that suits most clubs: the first reminder about 30 days before renewal, the second about a week before, the last call a week after, and the thank you as soon as they pay.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1. First reminder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tcBorders>
              <w:top w:val="single" w:sz="6" w:color="DCDCE6"/>
              <w:left w:val="single" w:sz="6" w:color="DCDCE6"/>
              <w:bottom w:val="single" w:sz="6" w:color="DCDCE6"/>
              <w:right w:val="single" w:sz="6" w:color="DCDCE6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4A4A5A"/>
                <w:sz w:val="17"/>
              </w:rPr>
              <w:t>About 30 days before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Subject: Time to renew your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 membership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Hi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[First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Your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membership renews on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[renewal date]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Dues for the coming year are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[amount]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You can renew here: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[link]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 can also pay by check to [address], or in cash at the next meeting.]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This year we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[one or two things the club did or has coming up]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 We would love to have you with us for the next one.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Thank you,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name]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role]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</w:p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2. Second reminder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tcBorders>
              <w:top w:val="single" w:sz="6" w:color="DCDCE6"/>
              <w:left w:val="single" w:sz="6" w:color="DCDCE6"/>
              <w:bottom w:val="single" w:sz="6" w:color="DCDCE6"/>
              <w:right w:val="single" w:sz="6" w:color="DCDCE6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4A4A5A"/>
                <w:sz w:val="17"/>
              </w:rPr>
              <w:t>About a week before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Subject: One week to go: renew your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 membership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Hi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[First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A quick reminder that your membership renews on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[renewal date]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It takes a minute: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[link]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If you have already paid, thank you, and please ignore this note. If something has changed and you do not plan to renew, just reply and tell us. No hard feelings.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Thank you,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name]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role]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</w:p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3. Last call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tcBorders>
              <w:top w:val="single" w:sz="6" w:color="DCDCE6"/>
              <w:left w:val="single" w:sz="6" w:color="DCDCE6"/>
              <w:bottom w:val="single" w:sz="6" w:color="DCDCE6"/>
              <w:right w:val="single" w:sz="6" w:color="DCDCE6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4A4A5A"/>
                <w:sz w:val="17"/>
              </w:rPr>
              <w:t>About a week after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Subject: Your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 membership has lapsed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Hi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[First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Your membership lapsed on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[renewal date]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 are still welcome at events until [end of grace period].]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If you would like to stay a member, you can renew here: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[link]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If money is tight this year, reply to this email.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[We have a reduced rate, and nobody needs to explain why.]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We hope to see you soon,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name]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role]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</w:p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4. Thank you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tcBorders>
              <w:top w:val="single" w:sz="6" w:color="DCDCE6"/>
              <w:left w:val="single" w:sz="6" w:color="DCDCE6"/>
              <w:bottom w:val="single" w:sz="6" w:color="DCDCE6"/>
              <w:right w:val="single" w:sz="6" w:color="DCDCE6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4A4A5A"/>
                <w:sz w:val="17"/>
              </w:rPr>
              <w:t>As soon as they pay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0B0B14"/>
                <w:sz w:val="21"/>
              </w:rPr>
              <w:t>Subject: Thank you for renewing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Hi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[First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Thank you for renewing your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membership. You are paid through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[paid through date]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Coming up next: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[event or meeting, date and place]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receipt is attached.]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Please keep this email for your records.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Thank you,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name]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role]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</w:p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A few habits that help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Send from a person, not from "noreply". People reply to people.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Put the renewal date and the amount in the first two lines.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Stop the reminders the moment someone pays. Nothing annoys a member more than a reminder for dues they already paid.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8"/>
            <w:tcBorders>
              <w:top w:val="single" w:sz="4" w:color="DCDCE6"/>
              <w:left w:val="single" w:sz="24" w:color="00B3A4"/>
              <w:bottom w:val="single" w:sz="4" w:color="DCDCE6"/>
              <w:right w:val="single" w:sz="4" w:color="DCDCE6"/>
            </w:tcBorders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19"/>
              </w:rPr>
              <w:t>If you email people who are no longer members, US email rules (CAN-SPAM) can require your postal address and a way to stop the emails. Putting both in every footer is the simple habit.</w:t>
            </w:r>
          </w:p>
        </w:tc>
      </w:tr>
    </w:tbl>
    <w:p>
      <w:pPr>
        <w:spacing w:after="40"/>
      </w:pP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0B0B1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FAFAFA"/>
                <w:sz w:val="20"/>
              </w:rPr>
              <w:t xml:space="preserve">Made by renuzy, dues done easy. </w:t>
            </w:r>
            <w:r>
              <w:rPr>
                <w:color w:val="CFCFDD"/>
                <w:sz w:val="20"/>
              </w:rPr>
              <w:t>Looking after dues for a club? See how renuzy can help at renuzy.com.</w:t>
            </w:r>
          </w:p>
          <w:p>
            <w:pPr>
              <w:spacing w:before="0" w:after="80" w:line="276" w:lineRule="auto"/>
            </w:pPr>
            <w:hyperlink r:id="rId11">
              <w:r>
                <w:rPr>
                  <w:color w:val="FF7A6B"/>
                  <w:u w:val="single"/>
                  <w:sz w:val="18"/>
                </w:rPr>
                <w:t xml:space="preserve">https://renuzy.com/resources/renewal-email-templates</w:t>
              </w:r>
            </w:hyperlink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96" w:right="1152" w:bottom="1152" w:left="1152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E6E82"/>
        <w:sz w:val="16"/>
      </w:rPr>
      <w:t xml:space="preserve">Made by renuzy, dues done easy.  </w:t>
    </w:r>
    <w:hyperlink r:id="rId1">
      <w:r>
        <w:rPr>
          <w:color w:val="CC2B1C"/>
          <w:u w:val="single"/>
          <w:sz w:val="16"/>
        </w:rPr>
        <w:t xml:space="preserve">renuzy.com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60120" cy="22458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22458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0B0B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enuzy.com/resources/renewal-email-templates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enuz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renewal email and letter templates</dc:title>
  <dc:subject/>
  <dc:creator>renuzy</dc:creator>
  <cp:keywords/>
  <dc:description>Made by renuzy, dues done easy. renuzy.com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