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rHeight w:val="2880" w:hRule="exact"/>
        </w:trPr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</w:tr>
      <w:tr>
        <w:trPr>
          <w:trHeight w:val="2880" w:hRule="exact"/>
        </w:trPr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  <w:tc>
          <w:tcPr>
            <w:tcW w:type="dxa" w:w="5040"/>
            <w:tcBorders>
              <w:top w:val="single" w:sz="4" w:color="B8B8C8"/>
              <w:left w:val="single" w:sz="4" w:color="B8B8C8"/>
              <w:bottom w:val="single" w:sz="4" w:color="B8B8C8"/>
              <w:right w:val="single" w:sz="4" w:color="B8B8C8"/>
            </w:tcBorders>
          </w:tcPr>
          <w:p>
            <w:pPr>
              <w:spacing w:before="120" w:after="0" w:line="240" w:lineRule="auto"/>
            </w:pPr>
            <w:r>
              <w:rPr>
                <w:b/>
                <w:color w:val="CC2B1C"/>
                <w:sz w:val="26"/>
              </w:rPr>
              <w:t>[Your club name]</w:t>
            </w:r>
          </w:p>
          <w:p>
            <w:pPr>
              <w:spacing w:before="0" w:after="120" w:line="240" w:lineRule="auto"/>
            </w:pPr>
            <w:r>
              <w:rPr>
                <w:b/>
                <w:color w:val="4A4A5A"/>
                <w:sz w:val="15"/>
              </w:rPr>
              <w:t>Member card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Name  </w:t>
            </w:r>
            <w:r>
              <w:rPr>
                <w:color w:val="6E6E82"/>
                <w:sz w:val="14"/>
              </w:rPr>
              <w:t>____________________________________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Member no.  </w:t>
            </w:r>
            <w:r>
              <w:rPr>
                <w:color w:val="6E6E82"/>
                <w:sz w:val="14"/>
              </w:rPr>
              <w:t>______________________________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Paid through  </w:t>
            </w:r>
            <w:r>
              <w:rPr>
                <w:color w:val="6E6E82"/>
                <w:sz w:val="14"/>
              </w:rPr>
              <w:t>____________________________</w:t>
            </w:r>
          </w:p>
          <w:p>
            <w:pPr>
              <w:spacing w:before="100" w:after="0" w:line="240" w:lineRule="auto"/>
            </w:pPr>
            <w:r>
              <w:rPr>
                <w:b/>
                <w:color w:val="6E6E82"/>
                <w:sz w:val="14"/>
              </w:rPr>
              <w:t xml:space="preserve">Signed  </w:t>
            </w:r>
            <w:r>
              <w:rPr>
                <w:color w:val="6E6E82"/>
                <w:sz w:val="14"/>
              </w:rPr>
              <w:t>__________________________________</w:t>
            </w:r>
          </w:p>
          <w:p>
            <w:pPr>
              <w:spacing w:before="80" w:after="0" w:line="240" w:lineRule="auto"/>
              <w:jc w:val="right"/>
            </w:pPr>
            <w:r>
              <w:rPr>
                <w:color w:val="9A9AAC"/>
                <w:sz w:val="11"/>
              </w:rPr>
              <w:t>card template by renuzy.com</w:t>
            </w:r>
          </w:p>
        </w:tc>
      </w:tr>
    </w:tbl>
    <w:p>
      <w:pPr>
        <w:spacing w:before="0" w:after="0" w:line="240" w:lineRule="auto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720" w:right="1080" w:bottom="432" w:left="1080" w:header="259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E6E82"/>
        <w:sz w:val="14"/>
      </w:rPr>
      <w:t xml:space="preserve">Looking after dues for a club? See how renuzy can help at renuzy.com. 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E6E82"/>
        <w:sz w:val="14"/>
      </w:rPr>
      <w:t>Membership cards, 3.5 by 2 inches, ten per page. Print at actual size.   Made by renuzy, dues done easy.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Membership card template</dc:title>
  <dc:subject/>
  <dc:creator>renuzy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