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Membership application form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one page sign up form: contact details, membership type, household, email consent and payment.</w:t>
      </w:r>
    </w:p>
    <w:p>
      <w:pPr>
        <w:spacing w:before="0" w:after="120" w:line="276" w:lineRule="auto"/>
      </w:pPr>
      <w:r>
        <w:rPr>
          <w:rFonts w:ascii="Arial" w:hAnsi="Arial"/>
          <w:b/>
          <w:i w:val="0"/>
          <w:color w:val="0B0B14"/>
          <w:sz w:val="21"/>
        </w:rPr>
        <w:t>[Club name]</w:t>
      </w:r>
      <w:r>
        <w:rPr>
          <w:rFonts w:ascii="Arial" w:hAnsi="Arial"/>
          <w:b w:val="0"/>
          <w:i w:val="0"/>
          <w:color w:val="0B0B14"/>
          <w:sz w:val="21"/>
        </w:rPr>
        <w:t xml:space="preserve"> membership application. Please write clearly. Thank you for joining us.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Your details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Full name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Street address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City, state and ZIP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Phone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Email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Membership type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Individual </w:t>
      </w:r>
      <w:r>
        <w:rPr>
          <w:rFonts w:ascii="Arial" w:hAnsi="Arial"/>
          <w:b/>
          <w:i w:val="0"/>
          <w:color w:val="CC2B1C"/>
          <w:sz w:val="21"/>
        </w:rPr>
        <w:t>[$ amount]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Household </w:t>
      </w:r>
      <w:r>
        <w:rPr>
          <w:rFonts w:ascii="Arial" w:hAnsi="Arial"/>
          <w:b/>
          <w:i w:val="0"/>
          <w:color w:val="CC2B1C"/>
          <w:sz w:val="21"/>
        </w:rPr>
        <w:t>[$ amount]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Student or reduced </w:t>
      </w:r>
      <w:r>
        <w:rPr>
          <w:rFonts w:ascii="Arial" w:hAnsi="Arial"/>
          <w:b/>
          <w:i w:val="0"/>
          <w:color w:val="CC2B1C"/>
          <w:sz w:val="21"/>
        </w:rPr>
        <w:t>[$ amount]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Other: ______________________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Household members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Name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Name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Name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Getting involved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How did you hear about us?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I would like to help with (events, communications, a committee, something else)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Emails from the club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Yes, email me club news, event invitations and renewal reminders. I can stop them at any time.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Payment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Amount paid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Cash, check number, or paid online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We use this information to run the club and to contact you about your membership. We do not sell it or share it outside the club.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Signature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For the club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Received by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Entered on the member list (date)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Paid through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https://renuzy.com/resources/membership-application-form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membership-application-form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