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Meeting minutes template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clean template for board and member meeting minutes, with motions, votes and action items.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meeting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Organization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Meeting (board, members, annual, special)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Time started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Place or video link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Chair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Minutes taken by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Attendance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Present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Absent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Guests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Quorum needed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Quorum present (yes or no)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Agenda and last minutes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Agenda approved (yes, or changes)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Minutes of </w:t>
            </w:r>
            <w:r>
              <w:rPr>
                <w:rFonts w:ascii="Arial" w:hAnsi="Arial"/>
                <w:b/>
                <w:i w:val="0"/>
                <w:color w:val="CC2B1C"/>
                <w:sz w:val="18"/>
              </w:rPr>
              <w:t>[date]</w:t>
            </w: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 approved (as written, or with corrections)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Treasurer's report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Opening balance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Money in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Money out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Closing balance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Report accepted (yes or no)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Other reports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Report and who gave it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Report and who gave it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Motions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Motion, word for word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Moved by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Seconded by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For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Against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Abstain</w:t>
            </w:r>
          </w:p>
        </w:tc>
        <w:tc>
          <w:tcPr>
            <w:tcW w:type="dxa" w:w="1419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Passed or failed</w:t>
            </w:r>
          </w:p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  <w:tr>
        <w:trPr>
          <w:trHeight w:val="518" w:hRule="atLeast"/>
        </w:trPr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  <w:tc>
          <w:tcPr>
            <w:tcW w:type="dxa" w:w="1419"/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What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Who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By when</w:t>
            </w:r>
          </w:p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Next meeting and close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Next meeting date, time and place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Meeting closed at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Signed (secretary)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Date these minutes were approved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https://renuzy.com/resources/meeting-minutes-template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meeting-minutes-templat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