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Expense reimbursement form and petty cash log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one page form for paying volunteers back, and a petty cash log that keeps a running balance and flags when the count does not match.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rules that keep it clean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Every claim has a receipt, or a written note saying why there is none.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Nobody approves their own claim. The treasurer's claims go to the president or another officer.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Claims come in within [60] days of the spending. Set the number your board agrees.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Pay by check or bank transfer, never from the cash box, unless the amount is under your petty cash limit.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Count the petty cash box when the log says it should be topped up, and at least every month.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Expense reimbursement form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Name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Email or phone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Event or project this was for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How you would like to be paid (check, bank transfer)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Date</w:t>
            </w:r>
          </w:p>
        </w:tc>
        <w:tc>
          <w:tcPr>
            <w:tcW w:type="dxa" w:w="1987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What was bought</w:t>
            </w:r>
          </w:p>
        </w:tc>
        <w:tc>
          <w:tcPr>
            <w:tcW w:type="dxa" w:w="1987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From where</w:t>
            </w:r>
          </w:p>
        </w:tc>
        <w:tc>
          <w:tcPr>
            <w:tcW w:type="dxa" w:w="1987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Amount</w:t>
            </w:r>
          </w:p>
        </w:tc>
        <w:tc>
          <w:tcPr>
            <w:tcW w:type="dxa" w:w="1987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Receipt attached</w:t>
            </w:r>
          </w:p>
        </w:tc>
      </w:tr>
      <w:tr>
        <w:trPr>
          <w:trHeight w:val="518" w:hRule="atLeast"/>
        </w:trP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518" w:hRule="atLeast"/>
        </w:trP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518" w:hRule="atLeast"/>
        </w:trP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518" w:hRule="atLeast"/>
        </w:trP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518" w:hRule="atLeast"/>
        </w:trP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518" w:hRule="atLeast"/>
        </w:trP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Total claimed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Signed by the person claiming, and 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Approved by (not the claimant), and 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Paid on, by check number or transfer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Petty cash log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The Excel log keeps a running balance. Type each amount in or out; the balance works itself out. When you count the box, type the count and the sheet shows any difference in red.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Date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What for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Paid to or received from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In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Out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Balance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Receipt no.</w:t>
            </w:r>
          </w:p>
        </w:tc>
        <w:tc>
          <w:tcPr>
            <w:tcW w:type="dxa" w:w="124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Initials</w:t>
            </w:r>
          </w:p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  <w:tr>
        <w:trPr>
          <w:trHeight w:val="518" w:hRule="atLeast"/>
        </w:trPr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  <w:tc>
          <w:tcPr>
            <w:tcW w:type="dxa" w:w="1242"/>
          </w:tcPr>
          <w:p/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https://renuzy.com/resources/expense-reimbursement-petty-cash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expense-reimbursement-petty-cash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reimbursement form and petty cash log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