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76" w:lineRule="auto"/>
      </w:pPr>
      <w:r>
        <w:rPr>
          <w:b/>
          <w:color w:val="CC2B1C"/>
          <w:sz w:val="18"/>
        </w:rPr>
        <w:t>Free resource</w:t>
      </w:r>
    </w:p>
    <w:p>
      <w:pPr>
        <w:spacing w:before="0" w:after="80" w:line="240" w:lineRule="auto"/>
      </w:pPr>
      <w:r>
        <w:rPr>
          <w:b/>
          <w:color w:val="0B0B14"/>
          <w:sz w:val="44"/>
        </w:rPr>
        <w:t>Donation thank you letter template</w:t>
      </w:r>
    </w:p>
    <w:p>
      <w:pPr>
        <w:spacing w:before="0" w:after="200" w:line="276" w:lineRule="auto"/>
      </w:pPr>
      <w:r>
        <w:rPr>
          <w:rFonts w:ascii="Arial" w:hAnsi="Arial"/>
          <w:b w:val="0"/>
          <w:i w:val="0"/>
          <w:color w:val="4A4A5A"/>
          <w:sz w:val="22"/>
        </w:rPr>
        <w:t>Thank you letters with the IRS wording for gifts of $250 or more, and for payments over $75 where the donor got something back.</w:t>
      </w:r>
    </w:p>
    <w:tbl>
      <w:tblPr>
        <w:tblW w:type="auto" w:w="0"/>
        <w:tblLook w:firstColumn="1" w:firstRow="1" w:lastColumn="0" w:lastRow="0" w:noHBand="0" w:noVBand="1" w:val="04A0"/>
      </w:tblPr>
      <w:tblGrid>
        <w:gridCol w:w="9936"/>
      </w:tblGrid>
      <w:tr>
        <w:tc>
          <w:tcPr>
            <w:tcW w:type="dxa" w:w="9936"/>
            <w:shd w:val="clear" w:color="auto" w:fill="F5F5F8"/>
            <w:tcBorders>
              <w:top w:val="single" w:sz="4" w:color="DCDCE6"/>
              <w:left w:val="single" w:sz="24" w:color="00B3A4"/>
              <w:bottom w:val="single" w:sz="4" w:color="DCDCE6"/>
              <w:right w:val="single" w:sz="4" w:color="DCDCE6"/>
            </w:tcBorders>
          </w:tcPr>
          <w:p>
            <w:pPr>
              <w:spacing w:before="60" w:after="60" w:line="276" w:lineRule="auto"/>
            </w:pPr>
            <w:r>
              <w:rPr>
                <w:rFonts w:ascii="Arial" w:hAnsi="Arial"/>
                <w:b w:val="0"/>
                <w:i w:val="0"/>
                <w:color w:val="0B0B14"/>
                <w:sz w:val="19"/>
              </w:rPr>
              <w:t>Not tax advice. Only gifts to qualifying organizations, such as 501(c)(3) charities, can be deducted as charitable gifts. Gifts to social clubs (501(c)(7)) and most other clubs cannot. Check your club's status before calling any gift tax deductible, and leave the tax lines out of the letter if they do not apply to you.</w:t>
            </w:r>
          </w:p>
        </w:tc>
      </w:tr>
    </w:tbl>
    <w:p>
      <w:pPr>
        <w:spacing w:after="40"/>
      </w:pPr>
    </w:p>
    <w:p>
      <w:pPr>
        <w:keepNext/>
        <w:spacing w:before="240" w:after="80" w:line="276" w:lineRule="auto"/>
      </w:pPr>
      <w:r>
        <w:rPr>
          <w:rFonts w:ascii="Arial" w:hAnsi="Arial"/>
          <w:b/>
          <w:i w:val="0"/>
          <w:color w:val="0B0B14"/>
          <w:sz w:val="28"/>
        </w:rPr>
        <w:t>What the IRS asks for</w:t>
      </w:r>
    </w:p>
    <w:p>
      <w:pPr>
        <w:keepNext/>
        <w:spacing w:before="160" w:after="80" w:line="276" w:lineRule="auto"/>
      </w:pPr>
      <w:r>
        <w:rPr>
          <w:rFonts w:ascii="Arial" w:hAnsi="Arial"/>
          <w:b/>
          <w:i w:val="0"/>
          <w:color w:val="0B0B14"/>
          <w:sz w:val="23"/>
        </w:rPr>
        <w:t>Single gifts of $250 or more</w:t>
      </w:r>
    </w:p>
    <w:p>
      <w:pPr>
        <w:spacing w:before="0" w:after="120" w:line="276" w:lineRule="auto"/>
      </w:pPr>
      <w:r>
        <w:rPr>
          <w:rFonts w:ascii="Arial" w:hAnsi="Arial"/>
          <w:b w:val="0"/>
          <w:i w:val="0"/>
          <w:color w:val="0B0B14"/>
          <w:sz w:val="21"/>
        </w:rPr>
        <w:t>A donor who wants to deduct a single gift of $250 or more needs a written acknowledgment from the organization. It should include:</w:t>
      </w:r>
    </w:p>
    <w:p>
      <w:pPr>
        <w:spacing w:before="0" w:after="80" w:line="276" w:lineRule="auto"/>
        <w:ind w:left="432" w:hanging="317"/>
      </w:pPr>
      <w:r>
        <w:rPr>
          <w:color w:val="0B0B14"/>
          <w:sz w:val="21"/>
        </w:rPr>
        <w:t xml:space="preserve">•  </w:t>
      </w:r>
      <w:r>
        <w:rPr>
          <w:rFonts w:ascii="Arial" w:hAnsi="Arial"/>
          <w:b w:val="0"/>
          <w:i w:val="0"/>
          <w:color w:val="0B0B14"/>
          <w:sz w:val="21"/>
        </w:rPr>
        <w:t>the organization's name</w:t>
      </w:r>
    </w:p>
    <w:p>
      <w:pPr>
        <w:spacing w:before="0" w:after="80" w:line="276" w:lineRule="auto"/>
        <w:ind w:left="432" w:hanging="317"/>
      </w:pPr>
      <w:r>
        <w:rPr>
          <w:color w:val="0B0B14"/>
          <w:sz w:val="21"/>
        </w:rPr>
        <w:t xml:space="preserve">•  </w:t>
      </w:r>
      <w:r>
        <w:rPr>
          <w:rFonts w:ascii="Arial" w:hAnsi="Arial"/>
          <w:b w:val="0"/>
          <w:i w:val="0"/>
          <w:color w:val="0B0B14"/>
          <w:sz w:val="21"/>
        </w:rPr>
        <w:t>the amount of a cash gift, or a description (not the value) of a gift of goods</w:t>
      </w:r>
    </w:p>
    <w:p>
      <w:pPr>
        <w:spacing w:before="0" w:after="80" w:line="276" w:lineRule="auto"/>
        <w:ind w:left="432" w:hanging="317"/>
      </w:pPr>
      <w:r>
        <w:rPr>
          <w:color w:val="0B0B14"/>
          <w:sz w:val="21"/>
        </w:rPr>
        <w:t xml:space="preserve">•  </w:t>
      </w:r>
      <w:r>
        <w:rPr>
          <w:rFonts w:ascii="Arial" w:hAnsi="Arial"/>
          <w:b w:val="0"/>
          <w:i w:val="0"/>
          <w:color w:val="0B0B14"/>
          <w:sz w:val="21"/>
        </w:rPr>
        <w:t>the date of the gift</w:t>
      </w:r>
    </w:p>
    <w:p>
      <w:pPr>
        <w:spacing w:before="0" w:after="80" w:line="276" w:lineRule="auto"/>
        <w:ind w:left="432" w:hanging="317"/>
      </w:pPr>
      <w:r>
        <w:rPr>
          <w:color w:val="0B0B14"/>
          <w:sz w:val="21"/>
        </w:rPr>
        <w:t xml:space="preserve">•  </w:t>
      </w:r>
      <w:r>
        <w:rPr>
          <w:rFonts w:ascii="Arial" w:hAnsi="Arial"/>
          <w:b w:val="0"/>
          <w:i w:val="0"/>
          <w:color w:val="0B0B14"/>
          <w:sz w:val="21"/>
        </w:rPr>
        <w:t>a statement of whether the organization gave anything in return, and if it did, a description and a good faith estimate of its value</w:t>
      </w:r>
    </w:p>
    <w:p>
      <w:pPr>
        <w:spacing w:before="0" w:after="120" w:line="276" w:lineRule="auto"/>
      </w:pPr>
      <w:r>
        <w:rPr>
          <w:rFonts w:ascii="Arial" w:hAnsi="Arial"/>
          <w:b w:val="0"/>
          <w:i w:val="0"/>
          <w:color w:val="0B0B14"/>
          <w:sz w:val="21"/>
        </w:rPr>
        <w:t>The donor needs it by the time they file their tax return for that year. Sending it within a few weeks of the gift, or in a January summary, covers that.</w:t>
      </w:r>
    </w:p>
    <w:p>
      <w:pPr>
        <w:keepNext/>
        <w:spacing w:before="160" w:after="80" w:line="276" w:lineRule="auto"/>
      </w:pPr>
      <w:r>
        <w:rPr>
          <w:rFonts w:ascii="Arial" w:hAnsi="Arial"/>
          <w:b/>
          <w:i w:val="0"/>
          <w:color w:val="0B0B14"/>
          <w:sz w:val="23"/>
        </w:rPr>
        <w:t>Payments over $75 where the donor got something back</w:t>
      </w:r>
    </w:p>
    <w:p>
      <w:pPr>
        <w:spacing w:before="0" w:after="120" w:line="276" w:lineRule="auto"/>
      </w:pPr>
      <w:r>
        <w:rPr>
          <w:rFonts w:ascii="Arial" w:hAnsi="Arial"/>
          <w:b w:val="0"/>
          <w:i w:val="0"/>
          <w:color w:val="0B0B14"/>
          <w:sz w:val="21"/>
        </w:rPr>
        <w:t>When someone pays more than $75 and receives something in return, such as a dinner ticket or an auction item, the organization must give them a written statement that only the amount above the value of what they received may be deductible, with a good faith estimate of that value. Leaving it out can cost the organization $10 per payment, up to $5,000 per event or mailing.</w:t>
      </w:r>
    </w:p>
    <w:p>
      <w:pPr>
        <w:keepNext/>
        <w:spacing w:before="240" w:after="80" w:line="276" w:lineRule="auto"/>
      </w:pPr>
      <w:r>
        <w:rPr>
          <w:rFonts w:ascii="Arial" w:hAnsi="Arial"/>
          <w:b/>
          <w:i w:val="0"/>
          <w:color w:val="0B0B14"/>
          <w:sz w:val="28"/>
        </w:rPr>
        <w:t>Letter A. A gift with nothing given in return</w:t>
      </w:r>
    </w:p>
    <w:tbl>
      <w:tblPr>
        <w:tblW w:type="auto" w:w="0"/>
        <w:tblLook w:firstColumn="1" w:firstRow="1" w:lastColumn="0" w:lastRow="0" w:noHBand="0" w:noVBand="1" w:val="04A0"/>
      </w:tblPr>
      <w:tblGrid>
        <w:gridCol w:w="9936"/>
      </w:tblGrid>
      <w:tr>
        <w:tc>
          <w:tcPr>
            <w:tcW w:type="dxa" w:w="9936"/>
            <w:tcBorders>
              <w:top w:val="single" w:sz="6" w:color="DCDCE6"/>
              <w:left w:val="single" w:sz="6" w:color="DCDCE6"/>
              <w:bottom w:val="single" w:sz="6" w:color="DCDCE6"/>
              <w:right w:val="single" w:sz="6" w:color="DCDCE6"/>
            </w:tcBorders>
          </w:tcPr>
          <w:p>
            <w:pPr>
              <w:spacing w:before="80" w:after="40" w:line="276" w:lineRule="auto"/>
            </w:pPr>
            <w:r>
              <w:rPr>
                <w:b/>
                <w:color w:val="4A4A5A"/>
                <w:sz w:val="17"/>
              </w:rPr>
              <w:t>Letter A</w:t>
            </w:r>
          </w:p>
          <w:p>
            <w:pPr>
              <w:spacing w:before="0" w:after="120" w:line="276" w:lineRule="auto"/>
            </w:pPr>
            <w:r>
              <w:rPr>
                <w:rFonts w:ascii="Arial" w:hAnsi="Arial"/>
                <w:b/>
                <w:i w:val="0"/>
                <w:color w:val="CC2B1C"/>
                <w:sz w:val="21"/>
              </w:rPr>
              <w:t>[Date]</w:t>
            </w:r>
          </w:p>
          <w:p>
            <w:pPr>
              <w:spacing w:before="0" w:after="120" w:line="276" w:lineRule="auto"/>
            </w:pPr>
            <w:r>
              <w:rPr>
                <w:rFonts w:ascii="Arial" w:hAnsi="Arial"/>
                <w:b w:val="0"/>
                <w:i w:val="0"/>
                <w:color w:val="0B0B14"/>
                <w:sz w:val="21"/>
              </w:rPr>
              <w:t xml:space="preserve">Dear </w:t>
            </w:r>
            <w:r>
              <w:rPr>
                <w:rFonts w:ascii="Arial" w:hAnsi="Arial"/>
                <w:b/>
                <w:i w:val="0"/>
                <w:color w:val="CC2B1C"/>
                <w:sz w:val="21"/>
              </w:rPr>
              <w:t>[Donor name]</w:t>
            </w:r>
            <w:r>
              <w:rPr>
                <w:rFonts w:ascii="Arial" w:hAnsi="Arial"/>
                <w:b w:val="0"/>
                <w:i w:val="0"/>
                <w:color w:val="0B0B14"/>
                <w:sz w:val="21"/>
              </w:rPr>
              <w:t>,</w:t>
            </w:r>
          </w:p>
          <w:p>
            <w:pPr>
              <w:spacing w:before="0" w:after="120" w:line="276" w:lineRule="auto"/>
            </w:pPr>
            <w:r>
              <w:rPr>
                <w:rFonts w:ascii="Arial" w:hAnsi="Arial"/>
                <w:b w:val="0"/>
                <w:i w:val="0"/>
                <w:color w:val="0B0B14"/>
                <w:sz w:val="21"/>
              </w:rPr>
              <w:t xml:space="preserve">Thank you for your generous gift of </w:t>
            </w:r>
            <w:r>
              <w:rPr>
                <w:rFonts w:ascii="Arial" w:hAnsi="Arial"/>
                <w:b/>
                <w:i w:val="0"/>
                <w:color w:val="CC2B1C"/>
                <w:sz w:val="21"/>
              </w:rPr>
              <w:t>[$ amount]</w:t>
            </w:r>
            <w:r>
              <w:rPr>
                <w:rFonts w:ascii="Arial" w:hAnsi="Arial"/>
                <w:b w:val="0"/>
                <w:i w:val="0"/>
                <w:color w:val="0B0B14"/>
                <w:sz w:val="21"/>
              </w:rPr>
              <w:t xml:space="preserve"> to </w:t>
            </w:r>
            <w:r>
              <w:rPr>
                <w:rFonts w:ascii="Arial" w:hAnsi="Arial"/>
                <w:b/>
                <w:i w:val="0"/>
                <w:color w:val="CC2B1C"/>
                <w:sz w:val="21"/>
              </w:rPr>
              <w:t>[Club name]</w:t>
            </w:r>
            <w:r>
              <w:rPr>
                <w:rFonts w:ascii="Arial" w:hAnsi="Arial"/>
                <w:b w:val="0"/>
                <w:i w:val="0"/>
                <w:color w:val="0B0B14"/>
                <w:sz w:val="21"/>
              </w:rPr>
              <w:t xml:space="preserve">, received on </w:t>
            </w:r>
            <w:r>
              <w:rPr>
                <w:rFonts w:ascii="Arial" w:hAnsi="Arial"/>
                <w:b/>
                <w:i w:val="0"/>
                <w:color w:val="CC2B1C"/>
                <w:sz w:val="21"/>
              </w:rPr>
              <w:t>[date of gift]</w:t>
            </w:r>
            <w:r>
              <w:rPr>
                <w:rFonts w:ascii="Arial" w:hAnsi="Arial"/>
                <w:b w:val="0"/>
                <w:i w:val="0"/>
                <w:color w:val="0B0B14"/>
                <w:sz w:val="21"/>
              </w:rPr>
              <w:t xml:space="preserve">. </w:t>
            </w:r>
            <w:r>
              <w:rPr>
                <w:rFonts w:ascii="Arial" w:hAnsi="Arial"/>
                <w:b/>
                <w:i w:val="0"/>
                <w:color w:val="CC2B1C"/>
                <w:sz w:val="21"/>
              </w:rPr>
              <w:t>[One sentence on what the gift will help the club do.]</w:t>
            </w:r>
          </w:p>
          <w:p>
            <w:pPr>
              <w:spacing w:before="0" w:after="120" w:line="276" w:lineRule="auto"/>
            </w:pPr>
            <w:r>
              <w:rPr>
                <w:rFonts w:ascii="Arial" w:hAnsi="Arial"/>
                <w:b/>
                <w:i w:val="0"/>
                <w:color w:val="CC2B1C"/>
                <w:sz w:val="21"/>
              </w:rPr>
              <w:t>[Club name]</w:t>
            </w:r>
            <w:r>
              <w:rPr>
                <w:rFonts w:ascii="Arial" w:hAnsi="Arial"/>
                <w:b w:val="0"/>
                <w:i w:val="0"/>
                <w:color w:val="0B0B14"/>
                <w:sz w:val="21"/>
              </w:rPr>
              <w:t xml:space="preserve"> is a tax exempt organization under section 501(c)(3) of the Internal Revenue Code. Our EIN is </w:t>
            </w:r>
            <w:r>
              <w:rPr>
                <w:rFonts w:ascii="Arial" w:hAnsi="Arial"/>
                <w:b/>
                <w:i w:val="0"/>
                <w:color w:val="CC2B1C"/>
                <w:sz w:val="21"/>
              </w:rPr>
              <w:t>[EIN]</w:t>
            </w:r>
            <w:r>
              <w:rPr>
                <w:rFonts w:ascii="Arial" w:hAnsi="Arial"/>
                <w:b w:val="0"/>
                <w:i w:val="0"/>
                <w:color w:val="0B0B14"/>
                <w:sz w:val="21"/>
              </w:rPr>
              <w:t>.</w:t>
            </w:r>
          </w:p>
          <w:p>
            <w:pPr>
              <w:spacing w:before="0" w:after="120" w:line="276" w:lineRule="auto"/>
            </w:pPr>
            <w:r>
              <w:rPr>
                <w:rFonts w:ascii="Arial" w:hAnsi="Arial"/>
                <w:b w:val="0"/>
                <w:i w:val="0"/>
                <w:color w:val="0B0B14"/>
                <w:sz w:val="21"/>
              </w:rPr>
              <w:t>No goods or services were provided in exchange for this contribution.</w:t>
            </w:r>
          </w:p>
          <w:p>
            <w:pPr>
              <w:spacing w:before="0" w:after="120" w:line="276" w:lineRule="auto"/>
            </w:pPr>
            <w:r>
              <w:rPr>
                <w:rFonts w:ascii="Arial" w:hAnsi="Arial"/>
                <w:b w:val="0"/>
                <w:i w:val="0"/>
                <w:color w:val="0B0B14"/>
                <w:sz w:val="21"/>
              </w:rPr>
              <w:t>Please keep this letter for your tax records.</w:t>
            </w:r>
          </w:p>
          <w:p>
            <w:pPr>
              <w:spacing w:before="0" w:after="120" w:line="276" w:lineRule="auto"/>
            </w:pPr>
            <w:r>
              <w:rPr>
                <w:rFonts w:ascii="Arial" w:hAnsi="Arial"/>
                <w:b w:val="0"/>
                <w:i w:val="0"/>
                <w:color w:val="0B0B14"/>
                <w:sz w:val="21"/>
              </w:rPr>
              <w:t>With thanks,</w:t>
            </w:r>
          </w:p>
          <w:p>
            <w:pPr>
              <w:spacing w:before="0" w:after="120" w:line="276" w:lineRule="auto"/>
            </w:pPr>
            <w:r>
              <w:rPr>
                <w:rFonts w:ascii="Arial" w:hAnsi="Arial"/>
                <w:b/>
                <w:i w:val="0"/>
                <w:color w:val="CC2B1C"/>
                <w:sz w:val="21"/>
              </w:rPr>
              <w:t>[Your name]</w:t>
            </w:r>
          </w:p>
          <w:p>
            <w:pPr>
              <w:spacing w:before="0" w:after="120" w:line="276" w:lineRule="auto"/>
            </w:pPr>
            <w:r>
              <w:rPr>
                <w:rFonts w:ascii="Arial" w:hAnsi="Arial"/>
                <w:b/>
                <w:i w:val="0"/>
                <w:color w:val="CC2B1C"/>
                <w:sz w:val="21"/>
              </w:rPr>
              <w:t>[Your role]</w:t>
            </w:r>
            <w:r>
              <w:rPr>
                <w:rFonts w:ascii="Arial" w:hAnsi="Arial"/>
                <w:b w:val="0"/>
                <w:i w:val="0"/>
                <w:color w:val="0B0B14"/>
                <w:sz w:val="21"/>
              </w:rPr>
              <w:t xml:space="preserve">, </w:t>
            </w:r>
            <w:r>
              <w:rPr>
                <w:rFonts w:ascii="Arial" w:hAnsi="Arial"/>
                <w:b/>
                <w:i w:val="0"/>
                <w:color w:val="CC2B1C"/>
                <w:sz w:val="21"/>
              </w:rPr>
              <w:t>[Club name]</w:t>
            </w:r>
          </w:p>
          <w:p>
            <w:pPr>
              <w:spacing w:before="0" w:after="120" w:line="276" w:lineRule="auto"/>
            </w:pPr>
            <w:r>
              <w:rPr>
                <w:rFonts w:ascii="Arial" w:hAnsi="Arial"/>
                <w:b/>
                <w:i w:val="0"/>
                <w:color w:val="CC2B1C"/>
                <w:sz w:val="21"/>
              </w:rPr>
              <w:t>[Club mailing address]</w:t>
            </w:r>
          </w:p>
        </w:tc>
      </w:tr>
    </w:tbl>
    <w:p>
      <w:pPr>
        <w:spacing w:after="40"/>
      </w:pPr>
    </w:p>
    <w:p>
      <w:pPr>
        <w:keepNext/>
        <w:spacing w:before="240" w:after="80" w:line="276" w:lineRule="auto"/>
      </w:pPr>
      <w:r>
        <w:rPr>
          <w:rFonts w:ascii="Arial" w:hAnsi="Arial"/>
          <w:b/>
          <w:i w:val="0"/>
          <w:color w:val="0B0B14"/>
          <w:sz w:val="28"/>
        </w:rPr>
        <w:t>Letter B. A payment where the donor received something</w:t>
      </w:r>
    </w:p>
    <w:tbl>
      <w:tblPr>
        <w:tblW w:type="auto" w:w="0"/>
        <w:tblLook w:firstColumn="1" w:firstRow="1" w:lastColumn="0" w:lastRow="0" w:noHBand="0" w:noVBand="1" w:val="04A0"/>
      </w:tblPr>
      <w:tblGrid>
        <w:gridCol w:w="9936"/>
      </w:tblGrid>
      <w:tr>
        <w:tc>
          <w:tcPr>
            <w:tcW w:type="dxa" w:w="9936"/>
            <w:tcBorders>
              <w:top w:val="single" w:sz="6" w:color="DCDCE6"/>
              <w:left w:val="single" w:sz="6" w:color="DCDCE6"/>
              <w:bottom w:val="single" w:sz="6" w:color="DCDCE6"/>
              <w:right w:val="single" w:sz="6" w:color="DCDCE6"/>
            </w:tcBorders>
          </w:tcPr>
          <w:p>
            <w:pPr>
              <w:spacing w:before="80" w:after="40" w:line="276" w:lineRule="auto"/>
            </w:pPr>
            <w:r>
              <w:rPr>
                <w:b/>
                <w:color w:val="4A4A5A"/>
                <w:sz w:val="17"/>
              </w:rPr>
              <w:t>Letter B</w:t>
            </w:r>
          </w:p>
          <w:p>
            <w:pPr>
              <w:spacing w:before="0" w:after="120" w:line="276" w:lineRule="auto"/>
            </w:pPr>
            <w:r>
              <w:rPr>
                <w:rFonts w:ascii="Arial" w:hAnsi="Arial"/>
                <w:b/>
                <w:i w:val="0"/>
                <w:color w:val="CC2B1C"/>
                <w:sz w:val="21"/>
              </w:rPr>
              <w:t>[Date]</w:t>
            </w:r>
          </w:p>
          <w:p>
            <w:pPr>
              <w:spacing w:before="0" w:after="120" w:line="276" w:lineRule="auto"/>
            </w:pPr>
            <w:r>
              <w:rPr>
                <w:rFonts w:ascii="Arial" w:hAnsi="Arial"/>
                <w:b w:val="0"/>
                <w:i w:val="0"/>
                <w:color w:val="0B0B14"/>
                <w:sz w:val="21"/>
              </w:rPr>
              <w:t xml:space="preserve">Dear </w:t>
            </w:r>
            <w:r>
              <w:rPr>
                <w:rFonts w:ascii="Arial" w:hAnsi="Arial"/>
                <w:b/>
                <w:i w:val="0"/>
                <w:color w:val="CC2B1C"/>
                <w:sz w:val="21"/>
              </w:rPr>
              <w:t>[Donor name]</w:t>
            </w:r>
            <w:r>
              <w:rPr>
                <w:rFonts w:ascii="Arial" w:hAnsi="Arial"/>
                <w:b w:val="0"/>
                <w:i w:val="0"/>
                <w:color w:val="0B0B14"/>
                <w:sz w:val="21"/>
              </w:rPr>
              <w:t>,</w:t>
            </w:r>
          </w:p>
          <w:p>
            <w:pPr>
              <w:spacing w:before="0" w:after="120" w:line="276" w:lineRule="auto"/>
            </w:pPr>
            <w:r>
              <w:rPr>
                <w:rFonts w:ascii="Arial" w:hAnsi="Arial"/>
                <w:b w:val="0"/>
                <w:i w:val="0"/>
                <w:color w:val="0B0B14"/>
                <w:sz w:val="21"/>
              </w:rPr>
              <w:t xml:space="preserve">Thank you for your payment of </w:t>
            </w:r>
            <w:r>
              <w:rPr>
                <w:rFonts w:ascii="Arial" w:hAnsi="Arial"/>
                <w:b/>
                <w:i w:val="0"/>
                <w:color w:val="CC2B1C"/>
                <w:sz w:val="21"/>
              </w:rPr>
              <w:t>[$ amount]</w:t>
            </w:r>
            <w:r>
              <w:rPr>
                <w:rFonts w:ascii="Arial" w:hAnsi="Arial"/>
                <w:b w:val="0"/>
                <w:i w:val="0"/>
                <w:color w:val="0B0B14"/>
                <w:sz w:val="21"/>
              </w:rPr>
              <w:t xml:space="preserve"> for </w:t>
            </w:r>
            <w:r>
              <w:rPr>
                <w:rFonts w:ascii="Arial" w:hAnsi="Arial"/>
                <w:b/>
                <w:i w:val="0"/>
                <w:color w:val="CC2B1C"/>
                <w:sz w:val="21"/>
              </w:rPr>
              <w:t>[event or item]</w:t>
            </w:r>
            <w:r>
              <w:rPr>
                <w:rFonts w:ascii="Arial" w:hAnsi="Arial"/>
                <w:b w:val="0"/>
                <w:i w:val="0"/>
                <w:color w:val="0B0B14"/>
                <w:sz w:val="21"/>
              </w:rPr>
              <w:t xml:space="preserve"> on </w:t>
            </w:r>
            <w:r>
              <w:rPr>
                <w:rFonts w:ascii="Arial" w:hAnsi="Arial"/>
                <w:b/>
                <w:i w:val="0"/>
                <w:color w:val="CC2B1C"/>
                <w:sz w:val="21"/>
              </w:rPr>
              <w:t>[date]</w:t>
            </w:r>
            <w:r>
              <w:rPr>
                <w:rFonts w:ascii="Arial" w:hAnsi="Arial"/>
                <w:b w:val="0"/>
                <w:i w:val="0"/>
                <w:color w:val="0B0B14"/>
                <w:sz w:val="21"/>
              </w:rPr>
              <w:t xml:space="preserve">. </w:t>
            </w:r>
            <w:r>
              <w:rPr>
                <w:rFonts w:ascii="Arial" w:hAnsi="Arial"/>
                <w:b/>
                <w:i w:val="0"/>
                <w:color w:val="CC2B1C"/>
                <w:sz w:val="21"/>
              </w:rPr>
              <w:t>[One sentence of thanks.]</w:t>
            </w:r>
          </w:p>
          <w:p>
            <w:pPr>
              <w:spacing w:before="0" w:after="120" w:line="276" w:lineRule="auto"/>
            </w:pPr>
            <w:r>
              <w:rPr>
                <w:rFonts w:ascii="Arial" w:hAnsi="Arial"/>
                <w:b w:val="0"/>
                <w:i w:val="0"/>
                <w:color w:val="0B0B14"/>
                <w:sz w:val="21"/>
              </w:rPr>
              <w:t xml:space="preserve">In exchange, you received </w:t>
            </w:r>
            <w:r>
              <w:rPr>
                <w:rFonts w:ascii="Arial" w:hAnsi="Arial"/>
                <w:b/>
                <w:i w:val="0"/>
                <w:color w:val="CC2B1C"/>
                <w:sz w:val="21"/>
              </w:rPr>
              <w:t>[what they received, for example dinner for two]</w:t>
            </w:r>
            <w:r>
              <w:rPr>
                <w:rFonts w:ascii="Arial" w:hAnsi="Arial"/>
                <w:b w:val="0"/>
                <w:i w:val="0"/>
                <w:color w:val="0B0B14"/>
                <w:sz w:val="21"/>
              </w:rPr>
              <w:t xml:space="preserve">, with an estimated fair market value of </w:t>
            </w:r>
            <w:r>
              <w:rPr>
                <w:rFonts w:ascii="Arial" w:hAnsi="Arial"/>
                <w:b/>
                <w:i w:val="0"/>
                <w:color w:val="CC2B1C"/>
                <w:sz w:val="21"/>
              </w:rPr>
              <w:t>[$ value]</w:t>
            </w:r>
            <w:r>
              <w:rPr>
                <w:rFonts w:ascii="Arial" w:hAnsi="Arial"/>
                <w:b w:val="0"/>
                <w:i w:val="0"/>
                <w:color w:val="0B0B14"/>
                <w:sz w:val="21"/>
              </w:rPr>
              <w:t xml:space="preserve">. The amount of your contribution that may be tax deductible is limited to the amount you paid above that value: </w:t>
            </w:r>
            <w:r>
              <w:rPr>
                <w:rFonts w:ascii="Arial" w:hAnsi="Arial"/>
                <w:b/>
                <w:i w:val="0"/>
                <w:color w:val="CC2B1C"/>
                <w:sz w:val="21"/>
              </w:rPr>
              <w:t>[$ amount minus value]</w:t>
            </w:r>
            <w:r>
              <w:rPr>
                <w:rFonts w:ascii="Arial" w:hAnsi="Arial"/>
                <w:b w:val="0"/>
                <w:i w:val="0"/>
                <w:color w:val="0B0B14"/>
                <w:sz w:val="21"/>
              </w:rPr>
              <w:t>.</w:t>
            </w:r>
          </w:p>
          <w:p>
            <w:pPr>
              <w:spacing w:before="0" w:after="120" w:line="276" w:lineRule="auto"/>
            </w:pPr>
            <w:r>
              <w:rPr>
                <w:rFonts w:ascii="Arial" w:hAnsi="Arial"/>
                <w:b/>
                <w:i w:val="0"/>
                <w:color w:val="CC2B1C"/>
                <w:sz w:val="21"/>
              </w:rPr>
              <w:t>[Club name]</w:t>
            </w:r>
            <w:r>
              <w:rPr>
                <w:rFonts w:ascii="Arial" w:hAnsi="Arial"/>
                <w:b w:val="0"/>
                <w:i w:val="0"/>
                <w:color w:val="0B0B14"/>
                <w:sz w:val="21"/>
              </w:rPr>
              <w:t xml:space="preserve"> is a tax exempt organization under section 501(c)(3) of the Internal Revenue Code. Our EIN is </w:t>
            </w:r>
            <w:r>
              <w:rPr>
                <w:rFonts w:ascii="Arial" w:hAnsi="Arial"/>
                <w:b/>
                <w:i w:val="0"/>
                <w:color w:val="CC2B1C"/>
                <w:sz w:val="21"/>
              </w:rPr>
              <w:t>[EIN]</w:t>
            </w:r>
            <w:r>
              <w:rPr>
                <w:rFonts w:ascii="Arial" w:hAnsi="Arial"/>
                <w:b w:val="0"/>
                <w:i w:val="0"/>
                <w:color w:val="0B0B14"/>
                <w:sz w:val="21"/>
              </w:rPr>
              <w:t>.</w:t>
            </w:r>
          </w:p>
          <w:p>
            <w:pPr>
              <w:spacing w:before="0" w:after="120" w:line="276" w:lineRule="auto"/>
            </w:pPr>
            <w:r>
              <w:rPr>
                <w:rFonts w:ascii="Arial" w:hAnsi="Arial"/>
                <w:b w:val="0"/>
                <w:i w:val="0"/>
                <w:color w:val="0B0B14"/>
                <w:sz w:val="21"/>
              </w:rPr>
              <w:t>Please keep this letter for your tax records.</w:t>
            </w:r>
          </w:p>
          <w:p>
            <w:pPr>
              <w:spacing w:before="0" w:after="120" w:line="276" w:lineRule="auto"/>
            </w:pPr>
            <w:r>
              <w:rPr>
                <w:rFonts w:ascii="Arial" w:hAnsi="Arial"/>
                <w:b w:val="0"/>
                <w:i w:val="0"/>
                <w:color w:val="0B0B14"/>
                <w:sz w:val="21"/>
              </w:rPr>
              <w:t>With thanks,</w:t>
            </w:r>
          </w:p>
          <w:p>
            <w:pPr>
              <w:spacing w:before="0" w:after="120" w:line="276" w:lineRule="auto"/>
            </w:pPr>
            <w:r>
              <w:rPr>
                <w:rFonts w:ascii="Arial" w:hAnsi="Arial"/>
                <w:b/>
                <w:i w:val="0"/>
                <w:color w:val="CC2B1C"/>
                <w:sz w:val="21"/>
              </w:rPr>
              <w:t>[Your name]</w:t>
            </w:r>
          </w:p>
          <w:p>
            <w:pPr>
              <w:spacing w:before="0" w:after="120" w:line="276" w:lineRule="auto"/>
            </w:pPr>
            <w:r>
              <w:rPr>
                <w:rFonts w:ascii="Arial" w:hAnsi="Arial"/>
                <w:b/>
                <w:i w:val="0"/>
                <w:color w:val="CC2B1C"/>
                <w:sz w:val="21"/>
              </w:rPr>
              <w:t>[Your role]</w:t>
            </w:r>
            <w:r>
              <w:rPr>
                <w:rFonts w:ascii="Arial" w:hAnsi="Arial"/>
                <w:b w:val="0"/>
                <w:i w:val="0"/>
                <w:color w:val="0B0B14"/>
                <w:sz w:val="21"/>
              </w:rPr>
              <w:t xml:space="preserve">, </w:t>
            </w:r>
            <w:r>
              <w:rPr>
                <w:rFonts w:ascii="Arial" w:hAnsi="Arial"/>
                <w:b/>
                <w:i w:val="0"/>
                <w:color w:val="CC2B1C"/>
                <w:sz w:val="21"/>
              </w:rPr>
              <w:t>[Club name]</w:t>
            </w:r>
          </w:p>
        </w:tc>
      </w:tr>
    </w:tbl>
    <w:p>
      <w:pPr>
        <w:spacing w:after="40"/>
      </w:pPr>
    </w:p>
    <w:p>
      <w:pPr>
        <w:keepNext/>
        <w:spacing w:before="240" w:after="80" w:line="276" w:lineRule="auto"/>
      </w:pPr>
      <w:r>
        <w:rPr>
          <w:rFonts w:ascii="Arial" w:hAnsi="Arial"/>
          <w:b/>
          <w:i w:val="0"/>
          <w:color w:val="0B0B14"/>
          <w:sz w:val="28"/>
        </w:rPr>
        <w:t>Letter C. A year end summary</w:t>
      </w:r>
    </w:p>
    <w:tbl>
      <w:tblPr>
        <w:tblW w:type="auto" w:w="0"/>
        <w:tblLook w:firstColumn="1" w:firstRow="1" w:lastColumn="0" w:lastRow="0" w:noHBand="0" w:noVBand="1" w:val="04A0"/>
      </w:tblPr>
      <w:tblGrid>
        <w:gridCol w:w="9936"/>
      </w:tblGrid>
      <w:tr>
        <w:tc>
          <w:tcPr>
            <w:tcW w:type="dxa" w:w="9936"/>
            <w:tcBorders>
              <w:top w:val="single" w:sz="6" w:color="DCDCE6"/>
              <w:left w:val="single" w:sz="6" w:color="DCDCE6"/>
              <w:bottom w:val="single" w:sz="6" w:color="DCDCE6"/>
              <w:right w:val="single" w:sz="6" w:color="DCDCE6"/>
            </w:tcBorders>
          </w:tcPr>
          <w:p>
            <w:pPr>
              <w:spacing w:before="80" w:after="40" w:line="276" w:lineRule="auto"/>
            </w:pPr>
            <w:r>
              <w:rPr>
                <w:b/>
                <w:color w:val="4A4A5A"/>
                <w:sz w:val="17"/>
              </w:rPr>
              <w:t>Letter C</w:t>
            </w:r>
          </w:p>
          <w:p>
            <w:pPr>
              <w:spacing w:before="0" w:after="120" w:line="276" w:lineRule="auto"/>
            </w:pPr>
            <w:r>
              <w:rPr>
                <w:rFonts w:ascii="Arial" w:hAnsi="Arial"/>
                <w:b/>
                <w:i w:val="0"/>
                <w:color w:val="CC2B1C"/>
                <w:sz w:val="21"/>
              </w:rPr>
              <w:t>[Date]</w:t>
            </w:r>
          </w:p>
          <w:p>
            <w:pPr>
              <w:spacing w:before="0" w:after="120" w:line="276" w:lineRule="auto"/>
            </w:pPr>
            <w:r>
              <w:rPr>
                <w:rFonts w:ascii="Arial" w:hAnsi="Arial"/>
                <w:b w:val="0"/>
                <w:i w:val="0"/>
                <w:color w:val="0B0B14"/>
                <w:sz w:val="21"/>
              </w:rPr>
              <w:t xml:space="preserve">Dear </w:t>
            </w:r>
            <w:r>
              <w:rPr>
                <w:rFonts w:ascii="Arial" w:hAnsi="Arial"/>
                <w:b/>
                <w:i w:val="0"/>
                <w:color w:val="CC2B1C"/>
                <w:sz w:val="21"/>
              </w:rPr>
              <w:t>[Donor name]</w:t>
            </w:r>
            <w:r>
              <w:rPr>
                <w:rFonts w:ascii="Arial" w:hAnsi="Arial"/>
                <w:b w:val="0"/>
                <w:i w:val="0"/>
                <w:color w:val="0B0B14"/>
                <w:sz w:val="21"/>
              </w:rPr>
              <w:t>,</w:t>
            </w:r>
          </w:p>
          <w:p>
            <w:pPr>
              <w:spacing w:before="0" w:after="120" w:line="276" w:lineRule="auto"/>
            </w:pPr>
            <w:r>
              <w:rPr>
                <w:rFonts w:ascii="Arial" w:hAnsi="Arial"/>
                <w:b w:val="0"/>
                <w:i w:val="0"/>
                <w:color w:val="0B0B14"/>
                <w:sz w:val="21"/>
              </w:rPr>
              <w:t xml:space="preserve">Thank you for supporting </w:t>
            </w:r>
            <w:r>
              <w:rPr>
                <w:rFonts w:ascii="Arial" w:hAnsi="Arial"/>
                <w:b/>
                <w:i w:val="0"/>
                <w:color w:val="CC2B1C"/>
                <w:sz w:val="21"/>
              </w:rPr>
              <w:t>[Club name]</w:t>
            </w:r>
            <w:r>
              <w:rPr>
                <w:rFonts w:ascii="Arial" w:hAnsi="Arial"/>
                <w:b w:val="0"/>
                <w:i w:val="0"/>
                <w:color w:val="0B0B14"/>
                <w:sz w:val="21"/>
              </w:rPr>
              <w:t xml:space="preserve"> during </w:t>
            </w:r>
            <w:r>
              <w:rPr>
                <w:rFonts w:ascii="Arial" w:hAnsi="Arial"/>
                <w:b/>
                <w:i w:val="0"/>
                <w:color w:val="CC2B1C"/>
                <w:sz w:val="21"/>
              </w:rPr>
              <w:t>[year]</w:t>
            </w:r>
            <w:r>
              <w:rPr>
                <w:rFonts w:ascii="Arial" w:hAnsi="Arial"/>
                <w:b w:val="0"/>
                <w:i w:val="0"/>
                <w:color w:val="0B0B14"/>
                <w:sz w:val="21"/>
              </w:rPr>
              <w:t>. Here is a summary of your gifts for your records:</w:t>
            </w:r>
          </w:p>
          <w:p>
            <w:pPr>
              <w:spacing w:before="0" w:after="120" w:line="276" w:lineRule="auto"/>
            </w:pPr>
            <w:r>
              <w:rPr>
                <w:rFonts w:ascii="Arial" w:hAnsi="Arial"/>
                <w:b/>
                <w:i w:val="0"/>
                <w:color w:val="CC2B1C"/>
                <w:sz w:val="21"/>
              </w:rPr>
              <w:t>[Date of gift]</w:t>
            </w:r>
            <w:r>
              <w:rPr>
                <w:rFonts w:ascii="Arial" w:hAnsi="Arial"/>
                <w:b w:val="0"/>
                <w:i w:val="0"/>
                <w:color w:val="0B0B14"/>
                <w:sz w:val="21"/>
              </w:rPr>
              <w:t xml:space="preserve">: </w:t>
            </w:r>
            <w:r>
              <w:rPr>
                <w:rFonts w:ascii="Arial" w:hAnsi="Arial"/>
                <w:b/>
                <w:i w:val="0"/>
                <w:color w:val="CC2B1C"/>
                <w:sz w:val="21"/>
              </w:rPr>
              <w:t>[$ amount]</w:t>
            </w:r>
            <w:r>
              <w:rPr>
                <w:rFonts w:ascii="Arial" w:hAnsi="Arial"/>
                <w:b w:val="0"/>
                <w:i w:val="0"/>
                <w:color w:val="0B0B14"/>
                <w:sz w:val="21"/>
              </w:rPr>
              <w:t xml:space="preserve"> </w:t>
            </w:r>
            <w:r>
              <w:rPr>
                <w:rFonts w:ascii="Arial" w:hAnsi="Arial"/>
                <w:b/>
                <w:i w:val="0"/>
                <w:color w:val="CC2B1C"/>
                <w:sz w:val="21"/>
              </w:rPr>
              <w:t>[goods or services received, if any, and their estimated value]</w:t>
            </w:r>
          </w:p>
          <w:p>
            <w:pPr>
              <w:spacing w:before="0" w:after="120" w:line="276" w:lineRule="auto"/>
            </w:pPr>
            <w:r>
              <w:rPr>
                <w:rFonts w:ascii="Arial" w:hAnsi="Arial"/>
                <w:b/>
                <w:i w:val="0"/>
                <w:color w:val="CC2B1C"/>
                <w:sz w:val="21"/>
              </w:rPr>
              <w:t>[Date of gift]</w:t>
            </w:r>
            <w:r>
              <w:rPr>
                <w:rFonts w:ascii="Arial" w:hAnsi="Arial"/>
                <w:b w:val="0"/>
                <w:i w:val="0"/>
                <w:color w:val="0B0B14"/>
                <w:sz w:val="21"/>
              </w:rPr>
              <w:t xml:space="preserve">: </w:t>
            </w:r>
            <w:r>
              <w:rPr>
                <w:rFonts w:ascii="Arial" w:hAnsi="Arial"/>
                <w:b/>
                <w:i w:val="0"/>
                <w:color w:val="CC2B1C"/>
                <w:sz w:val="21"/>
              </w:rPr>
              <w:t>[$ amount]</w:t>
            </w:r>
          </w:p>
          <w:p>
            <w:pPr>
              <w:spacing w:before="0" w:after="120" w:line="276" w:lineRule="auto"/>
            </w:pPr>
            <w:r>
              <w:rPr>
                <w:rFonts w:ascii="Arial" w:hAnsi="Arial"/>
                <w:b w:val="0"/>
                <w:i w:val="0"/>
                <w:color w:val="0B0B14"/>
                <w:sz w:val="21"/>
              </w:rPr>
              <w:t xml:space="preserve">Total for </w:t>
            </w:r>
            <w:r>
              <w:rPr>
                <w:rFonts w:ascii="Arial" w:hAnsi="Arial"/>
                <w:b/>
                <w:i w:val="0"/>
                <w:color w:val="CC2B1C"/>
                <w:sz w:val="21"/>
              </w:rPr>
              <w:t>[year]</w:t>
            </w:r>
            <w:r>
              <w:rPr>
                <w:rFonts w:ascii="Arial" w:hAnsi="Arial"/>
                <w:b w:val="0"/>
                <w:i w:val="0"/>
                <w:color w:val="0B0B14"/>
                <w:sz w:val="21"/>
              </w:rPr>
              <w:t xml:space="preserve">: </w:t>
            </w:r>
            <w:r>
              <w:rPr>
                <w:rFonts w:ascii="Arial" w:hAnsi="Arial"/>
                <w:b/>
                <w:i w:val="0"/>
                <w:color w:val="CC2B1C"/>
                <w:sz w:val="21"/>
              </w:rPr>
              <w:t>[$ total]</w:t>
            </w:r>
          </w:p>
          <w:p>
            <w:pPr>
              <w:spacing w:before="0" w:after="120" w:line="276" w:lineRule="auto"/>
            </w:pPr>
            <w:r>
              <w:rPr>
                <w:rFonts w:ascii="Arial" w:hAnsi="Arial"/>
                <w:b w:val="0"/>
                <w:i w:val="0"/>
                <w:color w:val="0B0B14"/>
                <w:sz w:val="21"/>
              </w:rPr>
              <w:t xml:space="preserve">Unless noted above, no goods or services were provided in exchange for these contributions. </w:t>
            </w:r>
            <w:r>
              <w:rPr>
                <w:rFonts w:ascii="Arial" w:hAnsi="Arial"/>
                <w:b/>
                <w:i w:val="0"/>
                <w:color w:val="CC2B1C"/>
                <w:sz w:val="21"/>
              </w:rPr>
              <w:t>[Club name]</w:t>
            </w:r>
            <w:r>
              <w:rPr>
                <w:rFonts w:ascii="Arial" w:hAnsi="Arial"/>
                <w:b w:val="0"/>
                <w:i w:val="0"/>
                <w:color w:val="0B0B14"/>
                <w:sz w:val="21"/>
              </w:rPr>
              <w:t xml:space="preserve"> is a tax exempt organization under section 501(c)(3) of the Internal Revenue Code. Our EIN is </w:t>
            </w:r>
            <w:r>
              <w:rPr>
                <w:rFonts w:ascii="Arial" w:hAnsi="Arial"/>
                <w:b/>
                <w:i w:val="0"/>
                <w:color w:val="CC2B1C"/>
                <w:sz w:val="21"/>
              </w:rPr>
              <w:t>[EIN]</w:t>
            </w:r>
            <w:r>
              <w:rPr>
                <w:rFonts w:ascii="Arial" w:hAnsi="Arial"/>
                <w:b w:val="0"/>
                <w:i w:val="0"/>
                <w:color w:val="0B0B14"/>
                <w:sz w:val="21"/>
              </w:rPr>
              <w:t>.</w:t>
            </w:r>
          </w:p>
          <w:p>
            <w:pPr>
              <w:spacing w:before="0" w:after="120" w:line="276" w:lineRule="auto"/>
            </w:pPr>
            <w:r>
              <w:rPr>
                <w:rFonts w:ascii="Arial" w:hAnsi="Arial"/>
                <w:b w:val="0"/>
                <w:i w:val="0"/>
                <w:color w:val="0B0B14"/>
                <w:sz w:val="21"/>
              </w:rPr>
              <w:t>With thanks,</w:t>
            </w:r>
          </w:p>
          <w:p>
            <w:pPr>
              <w:spacing w:before="0" w:after="120" w:line="276" w:lineRule="auto"/>
            </w:pPr>
            <w:r>
              <w:rPr>
                <w:rFonts w:ascii="Arial" w:hAnsi="Arial"/>
                <w:b/>
                <w:i w:val="0"/>
                <w:color w:val="CC2B1C"/>
                <w:sz w:val="21"/>
              </w:rPr>
              <w:t>[Your name]</w:t>
            </w:r>
          </w:p>
          <w:p>
            <w:pPr>
              <w:spacing w:before="0" w:after="120" w:line="276" w:lineRule="auto"/>
            </w:pPr>
            <w:r>
              <w:rPr>
                <w:rFonts w:ascii="Arial" w:hAnsi="Arial"/>
                <w:b/>
                <w:i w:val="0"/>
                <w:color w:val="CC2B1C"/>
                <w:sz w:val="21"/>
              </w:rPr>
              <w:t>[Your role]</w:t>
            </w:r>
            <w:r>
              <w:rPr>
                <w:rFonts w:ascii="Arial" w:hAnsi="Arial"/>
                <w:b w:val="0"/>
                <w:i w:val="0"/>
                <w:color w:val="0B0B14"/>
                <w:sz w:val="21"/>
              </w:rPr>
              <w:t xml:space="preserve">, </w:t>
            </w:r>
            <w:r>
              <w:rPr>
                <w:rFonts w:ascii="Arial" w:hAnsi="Arial"/>
                <w:b/>
                <w:i w:val="0"/>
                <w:color w:val="CC2B1C"/>
                <w:sz w:val="21"/>
              </w:rPr>
              <w:t>[Club name]</w:t>
            </w:r>
          </w:p>
        </w:tc>
      </w:tr>
    </w:tbl>
    <w:p>
      <w:pPr>
        <w:spacing w:after="40"/>
      </w:pPr>
    </w:p>
    <w:p>
      <w:pPr>
        <w:keepNext/>
        <w:spacing w:before="160" w:after="80" w:line="276" w:lineRule="auto"/>
      </w:pPr>
      <w:r>
        <w:rPr>
          <w:rFonts w:ascii="Arial" w:hAnsi="Arial"/>
          <w:b/>
          <w:i w:val="0"/>
          <w:color w:val="0B0B14"/>
          <w:sz w:val="23"/>
        </w:rPr>
        <w:t>Sources</w:t>
      </w:r>
    </w:p>
    <w:p>
      <w:pPr>
        <w:spacing w:before="0" w:after="60" w:line="276" w:lineRule="auto"/>
      </w:pPr>
      <w:r>
        <w:rPr>
          <w:sz w:val="18"/>
        </w:rPr>
        <w:t xml:space="preserve">IRS: written acknowledgments for charitable contributions: </w:t>
      </w:r>
      <w:hyperlink r:id="rId11">
        <w:r>
          <w:rPr>
            <w:color w:val="CC2B1C"/>
            <w:u w:val="single"/>
            <w:sz w:val="18"/>
          </w:rPr>
          <w:t xml:space="preserve">https://www.irs.gov/charities-non-profits/charitable-organizations/charitable-contributions-written-acknowledgments</w:t>
        </w:r>
      </w:hyperlink>
    </w:p>
    <w:p>
      <w:pPr>
        <w:spacing w:before="0" w:after="60" w:line="276" w:lineRule="auto"/>
      </w:pPr>
      <w:r>
        <w:rPr>
          <w:sz w:val="18"/>
        </w:rPr>
        <w:t xml:space="preserve">IRS Publication 1771, Charitable Contributions: Substantiation and Disclosure Requirements: </w:t>
      </w:r>
      <w:hyperlink r:id="rId12">
        <w:r>
          <w:rPr>
            <w:color w:val="CC2B1C"/>
            <w:u w:val="single"/>
            <w:sz w:val="18"/>
          </w:rPr>
          <w:t xml:space="preserve">https://www.irs.gov/pub/irs-pdf/p1771.pdf</w:t>
        </w:r>
      </w:hyperlink>
    </w:p>
    <w:p/>
    <w:tbl>
      <w:tblPr>
        <w:tblW w:type="auto" w:w="0"/>
        <w:jc w:val="center"/>
        <w:tblLook w:firstColumn="1" w:firstRow="1" w:lastColumn="0" w:lastRow="0" w:noHBand="0" w:noVBand="1" w:val="04A0"/>
      </w:tblPr>
      <w:tblGrid>
        <w:gridCol w:w="9936"/>
      </w:tblGrid>
      <w:tr>
        <w:tc>
          <w:tcPr>
            <w:tcW w:type="dxa" w:w="9936"/>
            <w:shd w:val="clear" w:color="auto" w:fill="0B0B14"/>
            <w:tcBorders>
              <w:top w:val="nil"/>
              <w:left w:val="nil"/>
              <w:bottom w:val="nil"/>
              <w:right w:val="nil"/>
            </w:tcBorders>
          </w:tcPr>
          <w:p>
            <w:pPr>
              <w:spacing w:before="80" w:after="40" w:line="276" w:lineRule="auto"/>
            </w:pPr>
            <w:r>
              <w:rPr>
                <w:b/>
                <w:color w:val="FAFAFA"/>
                <w:sz w:val="20"/>
              </w:rPr>
              <w:t xml:space="preserve">Made by renuzy, dues done easy. </w:t>
            </w:r>
            <w:r>
              <w:rPr>
                <w:color w:val="CFCFDD"/>
                <w:sz w:val="20"/>
              </w:rPr>
              <w:t>Looking after dues for a club? See how renuzy can help at renuzy.com.</w:t>
            </w:r>
          </w:p>
          <w:p>
            <w:pPr>
              <w:spacing w:before="0" w:after="80" w:line="276" w:lineRule="auto"/>
            </w:pPr>
            <w:hyperlink r:id="rId13">
              <w:r>
                <w:rPr>
                  <w:color w:val="FF7A6B"/>
                  <w:u w:val="single"/>
                  <w:sz w:val="18"/>
                </w:rPr>
                <w:t xml:space="preserve">https://renuzy.com/resources/donation-thank-you-letter</w:t>
              </w:r>
            </w:hyperlink>
          </w:p>
        </w:tc>
      </w:tr>
    </w:tbl>
    <w:sectPr w:rsidR="00FC693F" w:rsidRPr="0006063C" w:rsidSect="00034616">
      <w:headerReference w:type="default" r:id="rId9"/>
      <w:footerReference w:type="default" r:id="rId10"/>
      <w:pgSz w:w="12240" w:h="15840"/>
      <w:pgMar w:top="1296" w:right="1152" w:bottom="1152" w:left="1152"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olor w:val="6E6E82"/>
        <w:sz w:val="16"/>
      </w:rPr>
      <w:t xml:space="preserve">Made by renuzy, dues done easy.  </w:t>
    </w:r>
    <w:hyperlink r:id="rId1">
      <w:r>
        <w:rPr>
          <w:color w:val="CC2B1C"/>
          <w:u w:val="single"/>
          <w:sz w:val="16"/>
        </w:rPr>
        <w:t xml:space="preserve">renuzy.com</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960120" cy="224589"/>
          <wp:docPr id="1" name="Picture 1"/>
          <wp:cNvGraphicFramePr>
            <a:graphicFrameLocks noChangeAspect="1"/>
          </wp:cNvGraphicFramePr>
          <a:graphic>
            <a:graphicData uri="http://schemas.openxmlformats.org/drawingml/2006/picture">
              <pic:pic>
                <pic:nvPicPr>
                  <pic:cNvPr id="0" name="logo-dark.png"/>
                  <pic:cNvPicPr/>
                </pic:nvPicPr>
                <pic:blipFill>
                  <a:blip r:embed="rId1"/>
                  <a:stretch>
                    <a:fillRect/>
                  </a:stretch>
                </pic:blipFill>
                <pic:spPr>
                  <a:xfrm>
                    <a:off x="0" y="0"/>
                    <a:ext cx="960120" cy="224589"/>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0B0B1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irs.gov/charities-non-profits/charitable-organizations/charitable-contributions-written-acknowledgments" TargetMode="External"/><Relationship Id="rId12" Type="http://schemas.openxmlformats.org/officeDocument/2006/relationships/hyperlink" Target="https://www.irs.gov/pub/irs-pdf/p1771.pdf" TargetMode="External"/><Relationship Id="rId13" Type="http://schemas.openxmlformats.org/officeDocument/2006/relationships/hyperlink" Target="https://renuzy.com/resources/donation-thank-you-lette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renuz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Donation thank you letter template</dc:title>
  <dc:subject/>
  <dc:creator>renuzy</dc:creator>
  <cp:keywords/>
  <dc:description>Made by renuzy, dues done easy. renuzy.com</dc:description>
  <cp:lastModifiedBy/>
  <cp:revision>1</cp:revision>
  <dcterms:created xsi:type="dcterms:W3CDTF">2013-12-23T23:15:00Z</dcterms:created>
  <dcterms:modified xsi:type="dcterms:W3CDTF">2013-12-23T23:15:00Z</dcterms:modified>
  <cp:category/>
</cp:coreProperties>
</file>