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Annual report template for a small club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short annual report with a place for each thing members ask about: the year in numbers, the money, what happened and who did it.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Members read the first page and the money. Keep the rest short. If the report runs past four pages, cut words before you cut facts.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Cover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Club name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Annual report for the year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[start date]</w:t>
            </w: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 to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[end date]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Presented at the annual meeting on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[date]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 word from the president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[Three or four sentences. The one thing the club did best this year, and the one thing it is working on. Then a thank you to the people who made it happen.]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year in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/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Last year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This year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Members at the start of the year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New members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Members who did not renew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Members at the end of the year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Meetings and events held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Volunteer hours recorded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/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Last year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This year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Money in the bank at the start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Dues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Events and tickets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Donations and grants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Other income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/>
                <w:i w:val="0"/>
                <w:color w:val="4A4A5A"/>
                <w:sz w:val="19"/>
              </w:rPr>
              <w:t>Total money in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Venue and meetings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Events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Insurance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Other spending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/>
                <w:i w:val="0"/>
                <w:color w:val="4A4A5A"/>
                <w:sz w:val="19"/>
              </w:rPr>
              <w:t>Total money out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c>
          <w:tcPr>
            <w:tcW w:type="dxa" w:w="3312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Money in the bank at the end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[One sentence on anything unusual: a big one off cost, a grant, a change in dues. Say who reviewed the accounts, or that nobody did.]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What we did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[Event or project, the month, and one line on how it went]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[Event or project]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[Event or project]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Thank you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[The officers, the board, and the volunteers and sponsors who gave time or money. Names, if they are happy to be named.]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year ahead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[Two or three plans, with dates where you have them.]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Officers and 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Role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Name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Since</w:t>
            </w:r>
          </w:p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 xml:space="preserve">The figures for the money section come straight from the </w:t>
      </w:r>
      <w:hyperlink r:id="rId11">
        <w:r>
          <w:rPr>
            <w:color w:val="CC2B1C"/>
            <w:u w:val="single"/>
            <w:sz w:val="21"/>
          </w:rPr>
          <w:t xml:space="preserve">treasurer's monthly report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and the </w:t>
      </w:r>
      <w:hyperlink r:id="rId12">
        <w:r>
          <w:rPr>
            <w:color w:val="CC2B1C"/>
            <w:u w:val="single"/>
            <w:sz w:val="21"/>
          </w:rPr>
          <w:t xml:space="preserve">yearly budget</w:t>
        </w:r>
      </w:hyperlink>
      <w:r>
        <w:rPr>
          <w:rFonts w:ascii="Arial" w:hAnsi="Arial"/>
          <w:b w:val="0"/>
          <w:i w:val="0"/>
          <w:color w:val="0B0B14"/>
          <w:sz w:val="21"/>
        </w:rPr>
        <w:t>, if your club uses them.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3">
              <w:r>
                <w:rPr>
                  <w:color w:val="FF7A6B"/>
                  <w:u w:val="single"/>
                  <w:sz w:val="18"/>
                </w:rPr>
                <w:t xml:space="preserve">https://renuzy.com/resources/club-annual-report-template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treasurer-monthly-report" TargetMode="External"/><Relationship Id="rId12" Type="http://schemas.openxmlformats.org/officeDocument/2006/relationships/hyperlink" Target="https://renuzy.com/resources/club-budget-template" TargetMode="External"/><Relationship Id="rId13" Type="http://schemas.openxmlformats.org/officeDocument/2006/relationships/hyperlink" Target="https://renuzy.com/resources/club-annual-report-templat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template for a small club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