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Recurso gratis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Plantillas de correos y cartas para renovar membresías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Cuatro mensajes listos para enviar: un primer recordatorio, un segundo recordatorio, un último aviso y un agradecimiento.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0B0B14"/>
          <w:sz w:val="21"/>
        </w:rPr>
        <w:t>Copie un mensaje, cambie las partes entre corchetes y envíelo. Cada uno sirve como correo o como carta impresa. Un ritmo que le funciona a la mayoría de los clubes: el primer recordatorio unos 30 días antes de la renovación, el segundo una semana antes, el último aviso una semana después, y el agradecimiento en cuanto paguen.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1. Primer recordatorio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Unos 30 días antes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Asunto: Es hora de renovar su membresía de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Hola,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: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Su membresía de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se renueva el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[fecha de renovación]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La cuota para el próximo año es de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[monto]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Puede renovar aquí: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[enlace]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[También puede pagar con cheque a [dirección], o en efectivo en la próxima reunión.]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Este año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[una o dos cosas que hizo el club o que vienen pronto]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 Nos encantaría contar con usted para lo que sigue.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Gracias,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nombre]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cargo]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2. Segundo recordatorio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Una semana antes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Asunto: Falta una semana para renovar su membresía de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Hola,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: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Le recordamos que su membresía se renueva el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[fecha de renovación]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Toma un minuto: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[enlace]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Si ya pagó, muchas gracias, y no haga caso de este mensaje. Si algo cambió y no piensa renovar, solo responda y díganos. No hay ningún problema.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Gracias,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nombre]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cargo]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3. Último aviso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Una semana después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Asunto: Su membresía de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venció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Hola,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: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Su membresía venció el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[fecha de renovación]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[Puede seguir viniendo a los eventos hasta el [fin del periodo de gracia].]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Si quiere seguir siendo socio, puede renovar aquí: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[enlace]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Si este año el dinero está justo, responda a este correo.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[Tenemos una cuota reducida, y nadie tiene que dar explicaciones.]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Esperamos verle pronto,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nombre]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cargo]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4. Agradecimiento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En cuanto pague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>Asunto: Gracias por renovar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Hola,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: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Gracias por renovar su membresía de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Su membresía está vigente hasta el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[fecha de vigencia]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Lo próximo: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[evento o reunión, fecha y lugar]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[Adjuntamos su recibo.]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Guarde este correo para sus registros.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Gracias,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nombre]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[Su cargo]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[Nombre del club]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Algunos hábitos que ayudan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Envíe los mensajes desde una persona, no desde una dirección "noreply". La gente le responde a la gente.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Ponga la fecha de renovación y el monto en las dos primeras líneas.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Deje de enviar recordatorios en cuanto alguien pague. Nada molesta más a un socio que un recordatorio de una cuota ya pagada.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8"/>
            <w:tcBorders>
              <w:top w:val="single" w:sz="4" w:color="DCDCE6"/>
              <w:left w:val="single" w:sz="24" w:color="00B3A4"/>
              <w:bottom w:val="single" w:sz="4" w:color="DCDCE6"/>
              <w:right w:val="single" w:sz="4" w:color="DCDCE6"/>
            </w:tcBorders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19"/>
              </w:rPr>
              <w:t>Si escribe por correo a personas que ya no son socias, las normas de correo de Estados Unidos (CAN-SPAM) pueden exigir su dirección postal y una forma de dejar de recibir los correos. Incluir ambas en cada pie de página es la costumbre más sencilla.</w:t>
            </w:r>
          </w:p>
        </w:tc>
      </w:tr>
    </w:tbl>
    <w:p>
      <w:pPr>
        <w:spacing w:after="40"/>
      </w:pP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Hecho por renuzy, cuotas sin complicaciones. </w:t>
            </w:r>
            <w:r>
              <w:rPr>
                <w:color w:val="CFCFDD"/>
                <w:sz w:val="20"/>
              </w:rPr>
              <w:t>¿Lleva las cuotas de un club? Vea cómo puede ayudarle renuzy en renuzy.com.</w:t>
            </w:r>
          </w:p>
          <w:p>
            <w:pPr>
              <w:spacing w:before="0" w:after="80" w:line="276" w:lineRule="auto"/>
            </w:pPr>
            <w:hyperlink r:id="rId11">
              <w:r>
                <w:rPr>
                  <w:color w:val="FF7A6B"/>
                  <w:u w:val="single"/>
                  <w:sz w:val="18"/>
                </w:rPr>
                <w:t xml:space="preserve">https://renuzy.com/es/resources/renewal-email-templates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Hecho por renuzy, cuotas sin complicaciones.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es/resources/renewal-email-template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Plantillas de correos y cartas para renovar membresías</dc:title>
  <dc:subject/>
  <dc:creator>renuzy</dc:creator>
  <cp:keywords/>
  <dc:description>Hecho por renuzy, cuotas sin complicaciones.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