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Recurso gratis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Plantilla de actas de reunión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Una plantilla clara para actas de reuniones de directiva y de socios, con mociones, votaciones y tareas.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La reunión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Organización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Reunión (directiva, socios, anual, extraordinaria)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Fecha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Hora de inicio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Lugar o enlace de video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Preside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Redacta el acta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Asistencia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Presentes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Ausentes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Invitados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Quórum necesario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Hay quórum (sí o no)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Orden del día y acta anterior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Orden del día aprobado (sí, o cambios)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Acta del </w:t>
            </w:r>
            <w:r>
              <w:rPr>
                <w:rFonts w:ascii="Arial" w:hAnsi="Arial"/>
                <w:b/>
                <w:i w:val="0"/>
                <w:color w:val="CC2B1C"/>
                <w:sz w:val="18"/>
              </w:rPr>
              <w:t>[fecha]</w:t>
            </w: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 aprobada (tal como está, o con correcciones)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Informe del tesorero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Saldo inicial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Ingresos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Gastos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Saldo final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Informe aceptado (sí o no)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Otros informes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Informe y quién lo presentó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Informe y quién lo presentó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Mociones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Moción, palabra por palabra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Propuesta por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Secundada por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 favor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En contra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Abstenciones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Aprobada o rechazada</w:t>
            </w:r>
          </w:p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Tareas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Qué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Quién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Para cuándo</w:t>
            </w:r>
          </w:p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Próxima reunión y cierre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Fecha, hora y lugar de la próxima reunión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Hora de cierre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Firma (secretario)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Fecha en que se aprobó esta acta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Hecho por renuzy, cuotas sin complicaciones. </w:t>
            </w:r>
            <w:r>
              <w:rPr>
                <w:color w:val="CFCFDD"/>
                <w:sz w:val="20"/>
              </w:rPr>
              <w:t>¿Lleva las cuotas de un club? Vea cómo puede ayudarle renuzy en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https://renuzy.com/es/resources/meeting-minutes-template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Hecho por renuzy, cuotas sin complicaciones.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es/resources/meeting-minutes-templat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actas de reunión</dc:title>
  <dc:subject/>
  <dc:creator>renuzy</dc:creator>
  <cp:keywords/>
  <dc:description>Hecho por renuzy, cuotas sin complicaciones.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